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אמני ההיעלמות - הסוואה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להסוואה אצל בעלי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צבע מתאים עוזר להתחבא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הקשבה, הסתכלות ובחירה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🔎 בוחרים את הצבע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⚖️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הצבע שלו דומה לצבע השלג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הצבע הלבן לא מתאים לדשא הירוק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🧩 מתאימים בעל חיים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(שלג)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(ענף)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✏️ משלימים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🌬️ מסדרים את שלבי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עֲצֹר - עוצרים 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שְׁרִירִים - מכווצים ידיים ומשחררים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נְשִׁימָה - נושמים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דִּבּוּר עַצְמִי - אומרים אני בסדר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💬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עוצרים, נושמים לאט, אומרים לעצמי אני בסדר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מסביר/ה שהסוואה היא להיראות כמו הסביבה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נותן/ת דוגמה כמו שועל, זיקית או חרק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מזכיר/ה שלב מתוך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הקטעים בקול לפני המענה על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בחלקים המסומנים כבסיסיים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יחד את תרגיל עש״ן ד״ק בקול ובתנועה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אמני ההיעלמות - הסוואה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בעלי חיים רבים מתחבאים בטבע בעזרת הסוואה - הם נראים כמו הסביבה שלהם, כמו צבע או צורה דומים, וכך קשה למצוא אותם.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שועל  ·  עלים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🔎 בוחרים את הצבע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השועל לבן, הוא מתחבא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הזיקית ירוקה, היא מתחבאת בין...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⚖️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שועל לבן בשלג - קשה למצוא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שועל לבן על דשא ירוק - קשה למצוא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🧩 מתאימים בעל חיים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שועל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זיקית ירוקה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ענף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שלג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✏️ משלימים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לבן כמו השלג.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הזיקית ירוקה כמו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🌬️ מסדרים את שלבי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שְׁרִירִים - מכווצים ידיים ומשחררים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נְשִׁימָה - נושמים לאט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דִּבּוּר עַצְמִי - אומרים אני בסדר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עֲצֹר - עוצרים רגע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💬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אתם עושים כשמשהו מבהיל אתכם?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הסוואה?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לבעל חיים שמתחבא בטבע.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אמני ההיעלמות - הסוואה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