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להסוואה אצל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צבע מתאים עוזר להתחבא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הקשבה, הסתכלות ובחירה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🔎 בוחרים את הצבע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צבע מתאים לסביבה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⚖️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הצבע שלו דומה לצבע השלג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הצבע הלבן לא מתאים לדשא הירוק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הזיקית יכולה להיות ירוקה כמו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מה שהסוואה אמורה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🧩 מתאימים בעל חיים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(קל למצוא)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✏️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🌬️ מסדרים את שלבי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עֲצֹר - עוצרים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שְׁרִירִים - מכווצים ידיים ומשחררים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נְשִׁימָה - נושמים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דִּבּוּר עַצְמִי - אומרים אני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קָדִימָה - 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💬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נושמים לאט, אומרים לעצמי אני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שהסוואה היא להיראות כמו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נותן/ת דוגמה כמו שועל, זיקית או חרק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שלב מתוך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המסומנים כבסיסיים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את תרגיל עש״ן ד״ק בקול ובתנועה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בעלי חיים מתחבאים. הם נראים כמו המקום שהם נמצאים בו. קשה למצוא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הַסְוָאָה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לְהֵרָאוֹת כְּמוֹ הַסְּבִיבָה כְּדֵי לְהִתְחַבֵּא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שׁוּעָל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בַּעַל חַיִים עִם פַּרְוָה, יֵשׁ שׁוּעָלִים לְבָנִים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זִקִּית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לְטָאָה קְטַנָּה שֶׁיְכוֹלָה לְהֵרָאוֹת יְרֻקָּה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חֶרֶק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בַּעַל חַיִים קָטָן, כְּמוֹ חִפּוּשִׁית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עָנָף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חֵלֶק מֵהָעֵץ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לְהִתְחַבֵּא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לֹא לְהֵרָאוֹת, לְהִסְתַּתֵּר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לַעֲצֹר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לְהַפְסִיק לְרֶגַע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🔎 בוחרים את הצבע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השועל הלבן מתחבא?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הזיקית הירוקה מתחבאת?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דומה החרק?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להתחבא?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מתאים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ריח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תנועה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⚖️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שועל לבן בשלג - קשה למצוא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שועל לבן על דשא ירוק - קשה למצוא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הזיקית תמיד בצבע 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כשקשה למצוא בעל חיים, ההסוואה שלו עובדת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🧩 מתאימים בעל חיים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שועל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זיקית ירוקה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קל למצוא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שועל על דשא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✏️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לבן כמו השלג.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הזיקית ירוקה כמו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נראה כמו ענף.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כשקשה למצוא בעל חיים, זה בזכות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🌬️ מסדרים את שלבי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שְׁרִירִים - מכווצים ידיים ומשחררים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דִּבּוּר עַצְמִי - אומרים אני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עֲצֹר - עוצרים רגע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קָדִימָה - ממשיכים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נְשִׁימָה - נושמים 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💬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אתם עושים כשמשהו מבהיל אתכם?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הסוואה?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לבעל חיים שמתחבא בטבע.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לכם כשמשהו מבהיל אתכם?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אמני ההיעלמות - הסוואה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