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להסוואה אצל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צבע מתאים עוזר להתחבא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הקשבה, הסתכלות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🔎 בוחרים את הצבע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צבע מתאים לסביבה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⚖️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הצבע שלו דומה לצבע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הצבע הלבן לא מתאים לדשא הירוק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הזיקית יכולה להיות ירוקה כמו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מה שהסוואה אמורה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🧩 מתאימים בעל חיים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(קל למצוא)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✏️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🌬️ מסדרים את שלבי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עֲצֹר - עוצרים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שְׁרִירִים - מכווצים ידיים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נְשִׁימָה -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דִּבּוּר עַצְמִי - אומרים אני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קָדִימָה -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💬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 לאט, אומרים לעצמי אני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שהסוואה היא להיראות כמו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נותן/ת דוגמה כמו שועל, זיקית או חרק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שלב מתוך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המסומנים כבסיסיים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את תרגיל עש״ן ד״ק בקול ובתנועה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רבים מתחבאים בטבע בעזרת הסוואה - הם נראים כמו הסביבה שלהם, כמו צבע או צורה דומים, וכך קשה למצוא אותם.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🔎 בוחרים את הצבע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השועל לבן, הוא מתחבא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הזיקית ירוקה, היא מתחבאת בין...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החרק נראה כמו...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לבעלי חיים להתחבא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מתאים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ריח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תנועה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⚖️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שועל לבן בשלג - קשה למצוא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שועל לבן על דשא ירוק - קשה למצוא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הזיקית תמיד בצבע 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למצוא בעל חיים, ההסוואה שלו עובדת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🧩 מתאימים בעל חיים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זיקית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שועל על דשא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✏️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לבן כמו השלג.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הזיקית ירוקה כמו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נראה כמו ענף.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כשקשה למצוא בעל חיים, זה בזכות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🌬️ מסדרים את שלבי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נְשִׁימָה - נושמים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דִּבּוּר עַצְמִי - אומרים אני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שְׁרִירִים - מכווצים ידיים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קָדִימָה - ממשיכים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עֲצֹר - עוצרים 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💬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אתם עושים כשמשהו מבהיל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הסוואה?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שמתחבא בטבע.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לכם כשמשהו מבהיל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אמני ההיעלמות -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